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4E28C" w14:textId="77777777" w:rsidR="000465F8" w:rsidRPr="00433A9F" w:rsidRDefault="000A75FB">
      <w:pPr>
        <w:pStyle w:val="Heading1"/>
        <w:rPr>
          <w:rFonts w:ascii="Arial" w:hAnsi="Arial" w:cs="Arial"/>
        </w:rPr>
      </w:pPr>
      <w:r w:rsidRPr="00433A9F">
        <w:rPr>
          <w:rFonts w:ascii="Arial" w:hAnsi="Arial" w:cs="Arial"/>
        </w:rPr>
        <w:t>Equal Opportunities Monitoring Form</w:t>
      </w:r>
    </w:p>
    <w:p w14:paraId="76E79BF5" w14:textId="77777777" w:rsidR="00433A9F" w:rsidRPr="00433A9F" w:rsidRDefault="00433A9F" w:rsidP="00433A9F">
      <w:pPr>
        <w:rPr>
          <w:rFonts w:ascii="Arial" w:hAnsi="Arial" w:cs="Arial"/>
        </w:rPr>
      </w:pPr>
    </w:p>
    <w:p w14:paraId="468DD8B8" w14:textId="71E19A41" w:rsidR="00433A9F" w:rsidRPr="00433A9F" w:rsidRDefault="00433A9F" w:rsidP="00433A9F">
      <w:pPr>
        <w:rPr>
          <w:rFonts w:ascii="Arial" w:hAnsi="Arial" w:cs="Arial"/>
          <w:i/>
          <w:iCs/>
          <w:sz w:val="20"/>
          <w:szCs w:val="20"/>
        </w:rPr>
      </w:pPr>
      <w:r w:rsidRPr="00433A9F">
        <w:rPr>
          <w:rFonts w:ascii="Arial" w:hAnsi="Arial" w:cs="Arial"/>
          <w:i/>
          <w:iCs/>
          <w:sz w:val="20"/>
          <w:szCs w:val="20"/>
        </w:rPr>
        <w:t xml:space="preserve">As a </w:t>
      </w:r>
      <w:proofErr w:type="gramStart"/>
      <w:r w:rsidRPr="00433A9F">
        <w:rPr>
          <w:rFonts w:ascii="Arial" w:hAnsi="Arial" w:cs="Arial"/>
          <w:i/>
          <w:iCs/>
          <w:sz w:val="20"/>
          <w:szCs w:val="20"/>
        </w:rPr>
        <w:t>large,</w:t>
      </w:r>
      <w:proofErr w:type="gramEnd"/>
      <w:r w:rsidRPr="00433A9F">
        <w:rPr>
          <w:rFonts w:ascii="Arial" w:hAnsi="Arial" w:cs="Arial"/>
          <w:i/>
          <w:iCs/>
          <w:sz w:val="20"/>
          <w:szCs w:val="20"/>
        </w:rPr>
        <w:t xml:space="preserve"> public employer we have a legal duty to monitor our recruitment and selection processes to ensure that all applicants are treated fairly.</w:t>
      </w:r>
    </w:p>
    <w:p w14:paraId="4ABFDBB1" w14:textId="77777777" w:rsidR="00433A9F" w:rsidRPr="00433A9F" w:rsidRDefault="00433A9F" w:rsidP="00433A9F">
      <w:pPr>
        <w:rPr>
          <w:rFonts w:ascii="Arial" w:hAnsi="Arial" w:cs="Arial"/>
          <w:i/>
          <w:iCs/>
          <w:sz w:val="20"/>
          <w:szCs w:val="20"/>
        </w:rPr>
      </w:pPr>
      <w:r w:rsidRPr="00433A9F">
        <w:rPr>
          <w:rFonts w:ascii="Arial" w:hAnsi="Arial" w:cs="Arial"/>
          <w:i/>
          <w:iCs/>
          <w:sz w:val="20"/>
          <w:szCs w:val="20"/>
        </w:rPr>
        <w:t>The information that we collect is stored in a secure database and is only used for statutory monitoring purposes. Please note that any monitoring reports produced from the database do not include any data that will link to named individuals. Furthermore, our staff involved in the recruitment and selection process do not have access to this part of your application form.</w:t>
      </w:r>
    </w:p>
    <w:p w14:paraId="3D5BEEC4" w14:textId="77777777" w:rsidR="00433A9F" w:rsidRPr="00433A9F" w:rsidRDefault="00433A9F" w:rsidP="00433A9F">
      <w:pPr>
        <w:rPr>
          <w:rFonts w:ascii="Arial" w:hAnsi="Arial" w:cs="Arial"/>
          <w:i/>
          <w:iCs/>
          <w:sz w:val="20"/>
          <w:szCs w:val="20"/>
        </w:rPr>
      </w:pPr>
      <w:r w:rsidRPr="00433A9F">
        <w:rPr>
          <w:rFonts w:ascii="Arial" w:hAnsi="Arial" w:cs="Arial"/>
          <w:i/>
          <w:iCs/>
          <w:sz w:val="20"/>
          <w:szCs w:val="20"/>
        </w:rPr>
        <w:t xml:space="preserve">There are two exceptions to the above. The first relates to some of the information about disabilities, and this is explained below. The second is that for successful applicants some of the monitoring information will be stored against their permanent staff record. This information is recorded for </w:t>
      </w:r>
      <w:proofErr w:type="gramStart"/>
      <w:r w:rsidRPr="00433A9F">
        <w:rPr>
          <w:rFonts w:ascii="Arial" w:hAnsi="Arial" w:cs="Arial"/>
          <w:i/>
          <w:iCs/>
          <w:sz w:val="20"/>
          <w:szCs w:val="20"/>
        </w:rPr>
        <w:t>all of</w:t>
      </w:r>
      <w:proofErr w:type="gramEnd"/>
      <w:r w:rsidRPr="00433A9F">
        <w:rPr>
          <w:rFonts w:ascii="Arial" w:hAnsi="Arial" w:cs="Arial"/>
          <w:i/>
          <w:iCs/>
          <w:sz w:val="20"/>
          <w:szCs w:val="20"/>
        </w:rPr>
        <w:t xml:space="preserve"> the </w:t>
      </w:r>
      <w:proofErr w:type="spellStart"/>
      <w:r w:rsidRPr="00433A9F">
        <w:rPr>
          <w:rFonts w:ascii="Arial" w:hAnsi="Arial" w:cs="Arial"/>
          <w:i/>
          <w:iCs/>
          <w:sz w:val="20"/>
          <w:szCs w:val="20"/>
        </w:rPr>
        <w:t>organisation's</w:t>
      </w:r>
      <w:proofErr w:type="spellEnd"/>
      <w:r w:rsidRPr="00433A9F">
        <w:rPr>
          <w:rFonts w:ascii="Arial" w:hAnsi="Arial" w:cs="Arial"/>
          <w:i/>
          <w:iCs/>
          <w:sz w:val="20"/>
          <w:szCs w:val="20"/>
        </w:rPr>
        <w:t xml:space="preserve"> employees to ensure that the profile of the staff we employ reflects the community in which we are based.</w:t>
      </w:r>
    </w:p>
    <w:p w14:paraId="15FB764B" w14:textId="77777777" w:rsidR="00433A9F" w:rsidRPr="00433A9F" w:rsidRDefault="00433A9F" w:rsidP="00433A9F">
      <w:pPr>
        <w:rPr>
          <w:rFonts w:ascii="Arial" w:hAnsi="Arial" w:cs="Arial"/>
          <w:sz w:val="20"/>
          <w:szCs w:val="20"/>
        </w:rPr>
      </w:pPr>
    </w:p>
    <w:p w14:paraId="6AF5D23E" w14:textId="77777777" w:rsidR="00433A9F" w:rsidRPr="00433A9F" w:rsidRDefault="00433A9F" w:rsidP="00433A9F">
      <w:pPr>
        <w:rPr>
          <w:rFonts w:ascii="Arial" w:hAnsi="Arial" w:cs="Arial"/>
          <w:sz w:val="20"/>
          <w:szCs w:val="20"/>
        </w:rPr>
      </w:pPr>
      <w:r w:rsidRPr="00433A9F">
        <w:rPr>
          <w:rFonts w:ascii="Arial" w:hAnsi="Arial" w:cs="Arial"/>
          <w:sz w:val="20"/>
          <w:szCs w:val="20"/>
        </w:rPr>
        <w:t>The Equality Act 2010 protects people against discrimination on the grounds of:</w:t>
      </w:r>
    </w:p>
    <w:p w14:paraId="738F7ACC" w14:textId="77777777" w:rsidR="00433A9F" w:rsidRPr="00433A9F" w:rsidRDefault="00433A9F" w:rsidP="00433A9F">
      <w:pPr>
        <w:numPr>
          <w:ilvl w:val="0"/>
          <w:numId w:val="10"/>
        </w:numPr>
        <w:rPr>
          <w:rFonts w:ascii="Arial" w:hAnsi="Arial" w:cs="Arial"/>
          <w:sz w:val="20"/>
          <w:szCs w:val="20"/>
        </w:rPr>
      </w:pPr>
      <w:r w:rsidRPr="00433A9F">
        <w:rPr>
          <w:rFonts w:ascii="Arial" w:hAnsi="Arial" w:cs="Arial"/>
          <w:sz w:val="20"/>
          <w:szCs w:val="20"/>
        </w:rPr>
        <w:t>their age and sex.</w:t>
      </w:r>
    </w:p>
    <w:p w14:paraId="6266E210" w14:textId="77777777" w:rsidR="00433A9F" w:rsidRPr="00433A9F" w:rsidRDefault="00433A9F" w:rsidP="00433A9F">
      <w:pPr>
        <w:numPr>
          <w:ilvl w:val="0"/>
          <w:numId w:val="10"/>
        </w:numPr>
        <w:rPr>
          <w:rFonts w:ascii="Arial" w:hAnsi="Arial" w:cs="Arial"/>
          <w:sz w:val="20"/>
          <w:szCs w:val="20"/>
        </w:rPr>
      </w:pPr>
      <w:r w:rsidRPr="00433A9F">
        <w:rPr>
          <w:rFonts w:ascii="Arial" w:hAnsi="Arial" w:cs="Arial"/>
          <w:sz w:val="20"/>
          <w:szCs w:val="20"/>
        </w:rPr>
        <w:t xml:space="preserve">their </w:t>
      </w:r>
      <w:proofErr w:type="gramStart"/>
      <w:r w:rsidRPr="00433A9F">
        <w:rPr>
          <w:rFonts w:ascii="Arial" w:hAnsi="Arial" w:cs="Arial"/>
          <w:sz w:val="20"/>
          <w:szCs w:val="20"/>
        </w:rPr>
        <w:t>race which</w:t>
      </w:r>
      <w:proofErr w:type="gramEnd"/>
      <w:r w:rsidRPr="00433A9F">
        <w:rPr>
          <w:rFonts w:ascii="Arial" w:hAnsi="Arial" w:cs="Arial"/>
          <w:sz w:val="20"/>
          <w:szCs w:val="20"/>
        </w:rPr>
        <w:t xml:space="preserve"> includes </w:t>
      </w:r>
      <w:proofErr w:type="spellStart"/>
      <w:r w:rsidRPr="00433A9F">
        <w:rPr>
          <w:rFonts w:ascii="Arial" w:hAnsi="Arial" w:cs="Arial"/>
          <w:sz w:val="20"/>
          <w:szCs w:val="20"/>
        </w:rPr>
        <w:t>colour</w:t>
      </w:r>
      <w:proofErr w:type="spellEnd"/>
      <w:r w:rsidRPr="00433A9F">
        <w:rPr>
          <w:rFonts w:ascii="Arial" w:hAnsi="Arial" w:cs="Arial"/>
          <w:sz w:val="20"/>
          <w:szCs w:val="20"/>
        </w:rPr>
        <w:t>, nationality, ethnic or national origin.</w:t>
      </w:r>
    </w:p>
    <w:p w14:paraId="1FFB66B1" w14:textId="77777777" w:rsidR="00433A9F" w:rsidRPr="00433A9F" w:rsidRDefault="00433A9F" w:rsidP="00433A9F">
      <w:pPr>
        <w:numPr>
          <w:ilvl w:val="0"/>
          <w:numId w:val="10"/>
        </w:numPr>
        <w:rPr>
          <w:rFonts w:ascii="Arial" w:hAnsi="Arial" w:cs="Arial"/>
          <w:sz w:val="20"/>
          <w:szCs w:val="20"/>
        </w:rPr>
      </w:pPr>
      <w:r w:rsidRPr="00433A9F">
        <w:rPr>
          <w:rFonts w:ascii="Arial" w:hAnsi="Arial" w:cs="Arial"/>
          <w:sz w:val="20"/>
          <w:szCs w:val="20"/>
        </w:rPr>
        <w:t>their religion or belief, including a lack of any belief.</w:t>
      </w:r>
    </w:p>
    <w:p w14:paraId="0A9F56D7" w14:textId="77777777" w:rsidR="00433A9F" w:rsidRPr="00433A9F" w:rsidRDefault="00433A9F" w:rsidP="00433A9F">
      <w:pPr>
        <w:numPr>
          <w:ilvl w:val="0"/>
          <w:numId w:val="10"/>
        </w:numPr>
        <w:rPr>
          <w:rFonts w:ascii="Arial" w:hAnsi="Arial" w:cs="Arial"/>
          <w:sz w:val="20"/>
          <w:szCs w:val="20"/>
        </w:rPr>
      </w:pPr>
      <w:r w:rsidRPr="00433A9F">
        <w:rPr>
          <w:rFonts w:ascii="Arial" w:hAnsi="Arial" w:cs="Arial"/>
          <w:sz w:val="20"/>
          <w:szCs w:val="20"/>
        </w:rPr>
        <w:t>their sexual orientation, be it bisexual, gay, heterosexual and lesbian.</w:t>
      </w:r>
    </w:p>
    <w:tbl>
      <w:tblPr>
        <w:tblStyle w:val="TableGrid"/>
        <w:tblW w:w="0" w:type="auto"/>
        <w:tblLook w:val="04A0" w:firstRow="1" w:lastRow="0" w:firstColumn="1" w:lastColumn="0" w:noHBand="0" w:noVBand="1"/>
      </w:tblPr>
      <w:tblGrid>
        <w:gridCol w:w="8630"/>
      </w:tblGrid>
      <w:tr w:rsidR="00433A9F" w14:paraId="1D095B7B" w14:textId="77777777" w:rsidTr="00433A9F">
        <w:tc>
          <w:tcPr>
            <w:tcW w:w="8856" w:type="dxa"/>
          </w:tcPr>
          <w:p w14:paraId="0DDDAC4B" w14:textId="77777777" w:rsidR="00433A9F" w:rsidRDefault="00433A9F" w:rsidP="00433A9F">
            <w:pPr>
              <w:rPr>
                <w:rFonts w:ascii="Arial" w:hAnsi="Arial" w:cs="Arial"/>
                <w:b/>
                <w:bCs/>
                <w:sz w:val="20"/>
                <w:szCs w:val="20"/>
              </w:rPr>
            </w:pPr>
            <w:r w:rsidRPr="00433A9F">
              <w:rPr>
                <w:rFonts w:ascii="Arial" w:hAnsi="Arial" w:cs="Arial"/>
                <w:b/>
                <w:bCs/>
                <w:sz w:val="20"/>
                <w:szCs w:val="20"/>
              </w:rPr>
              <w:t>General questions</w:t>
            </w:r>
          </w:p>
          <w:p w14:paraId="6FA9B2A4" w14:textId="77777777" w:rsidR="00433A9F" w:rsidRPr="00433A9F" w:rsidRDefault="00433A9F" w:rsidP="00433A9F">
            <w:pPr>
              <w:rPr>
                <w:rFonts w:ascii="Arial" w:hAnsi="Arial" w:cs="Arial"/>
                <w:b/>
                <w:bCs/>
                <w:sz w:val="20"/>
                <w:szCs w:val="20"/>
              </w:rPr>
            </w:pPr>
          </w:p>
          <w:p w14:paraId="5922957F" w14:textId="77777777" w:rsidR="00433A9F" w:rsidRDefault="00433A9F" w:rsidP="00433A9F">
            <w:pPr>
              <w:rPr>
                <w:rFonts w:ascii="Arial" w:hAnsi="Arial" w:cs="Arial"/>
                <w:sz w:val="20"/>
                <w:szCs w:val="20"/>
              </w:rPr>
            </w:pPr>
            <w:r w:rsidRPr="00433A9F">
              <w:rPr>
                <w:rFonts w:ascii="Arial" w:hAnsi="Arial" w:cs="Arial"/>
                <w:sz w:val="20"/>
                <w:szCs w:val="20"/>
              </w:rPr>
              <w:t>Gender</w:t>
            </w:r>
            <w:r>
              <w:rPr>
                <w:rFonts w:ascii="Arial" w:hAnsi="Arial" w:cs="Arial"/>
                <w:sz w:val="20"/>
                <w:szCs w:val="20"/>
              </w:rPr>
              <w:t>:</w:t>
            </w:r>
          </w:p>
          <w:p w14:paraId="0C276801" w14:textId="30918185" w:rsidR="00433A9F" w:rsidRPr="00433A9F" w:rsidRDefault="00433A9F" w:rsidP="00433A9F">
            <w:pPr>
              <w:rPr>
                <w:rFonts w:ascii="Arial" w:hAnsi="Arial" w:cs="Arial"/>
                <w:sz w:val="20"/>
                <w:szCs w:val="20"/>
              </w:rPr>
            </w:pPr>
            <w:r w:rsidRPr="00433A9F">
              <w:rPr>
                <w:rFonts w:ascii="Arial" w:hAnsi="Arial" w:cs="Arial"/>
                <w:sz w:val="20"/>
                <w:szCs w:val="20"/>
              </w:rPr>
              <w:tab/>
            </w:r>
          </w:p>
          <w:p w14:paraId="5ECDAF06" w14:textId="5B32640C" w:rsidR="00433A9F" w:rsidRDefault="00433A9F" w:rsidP="00433A9F">
            <w:pPr>
              <w:rPr>
                <w:rFonts w:ascii="Arial" w:hAnsi="Arial" w:cs="Arial"/>
                <w:sz w:val="20"/>
                <w:szCs w:val="20"/>
              </w:rPr>
            </w:pPr>
            <w:r w:rsidRPr="00433A9F">
              <w:rPr>
                <w:rFonts w:ascii="Arial" w:hAnsi="Arial" w:cs="Arial"/>
                <w:sz w:val="20"/>
                <w:szCs w:val="20"/>
              </w:rPr>
              <w:t>Marital status</w:t>
            </w:r>
            <w:r>
              <w:rPr>
                <w:rFonts w:ascii="Arial" w:hAnsi="Arial" w:cs="Arial"/>
                <w:sz w:val="20"/>
                <w:szCs w:val="20"/>
              </w:rPr>
              <w:t>:</w:t>
            </w:r>
            <w:r w:rsidRPr="00433A9F">
              <w:rPr>
                <w:rFonts w:ascii="Arial" w:hAnsi="Arial" w:cs="Arial"/>
                <w:sz w:val="20"/>
                <w:szCs w:val="20"/>
              </w:rPr>
              <w:tab/>
            </w:r>
          </w:p>
          <w:p w14:paraId="5F524E21" w14:textId="77777777" w:rsidR="00433A9F" w:rsidRPr="00433A9F" w:rsidRDefault="00433A9F" w:rsidP="00433A9F">
            <w:pPr>
              <w:rPr>
                <w:rFonts w:ascii="Arial" w:hAnsi="Arial" w:cs="Arial"/>
                <w:sz w:val="20"/>
                <w:szCs w:val="20"/>
              </w:rPr>
            </w:pPr>
          </w:p>
          <w:p w14:paraId="4A042458" w14:textId="77777777" w:rsidR="00433A9F" w:rsidRDefault="00433A9F" w:rsidP="00433A9F">
            <w:pPr>
              <w:rPr>
                <w:rFonts w:ascii="Arial" w:hAnsi="Arial" w:cs="Arial"/>
                <w:sz w:val="20"/>
                <w:szCs w:val="20"/>
              </w:rPr>
            </w:pPr>
            <w:r w:rsidRPr="00433A9F">
              <w:rPr>
                <w:rFonts w:ascii="Arial" w:hAnsi="Arial" w:cs="Arial"/>
                <w:sz w:val="20"/>
                <w:szCs w:val="20"/>
              </w:rPr>
              <w:t>Date of Birth</w:t>
            </w:r>
            <w:r>
              <w:rPr>
                <w:rFonts w:ascii="Arial" w:hAnsi="Arial" w:cs="Arial"/>
                <w:sz w:val="20"/>
                <w:szCs w:val="20"/>
              </w:rPr>
              <w:t>:</w:t>
            </w:r>
            <w:r w:rsidRPr="00433A9F">
              <w:rPr>
                <w:rFonts w:ascii="Arial" w:hAnsi="Arial" w:cs="Arial"/>
                <w:sz w:val="20"/>
                <w:szCs w:val="20"/>
              </w:rPr>
              <w:tab/>
            </w:r>
          </w:p>
          <w:p w14:paraId="58AEA12A" w14:textId="77777777" w:rsidR="00CD3F5C" w:rsidRDefault="00CD3F5C" w:rsidP="00433A9F">
            <w:pPr>
              <w:rPr>
                <w:rFonts w:ascii="Arial" w:hAnsi="Arial" w:cs="Arial"/>
                <w:sz w:val="20"/>
                <w:szCs w:val="20"/>
              </w:rPr>
            </w:pPr>
          </w:p>
          <w:p w14:paraId="75D8669D" w14:textId="77777777" w:rsidR="00CD3F5C" w:rsidRDefault="00CD3F5C" w:rsidP="00433A9F">
            <w:pPr>
              <w:rPr>
                <w:rFonts w:ascii="Arial" w:hAnsi="Arial" w:cs="Arial"/>
                <w:sz w:val="20"/>
                <w:szCs w:val="20"/>
              </w:rPr>
            </w:pPr>
          </w:p>
          <w:p w14:paraId="71F9F3C2" w14:textId="37350464" w:rsidR="00CD3F5C" w:rsidRDefault="00CD3F5C" w:rsidP="00433A9F">
            <w:pPr>
              <w:rPr>
                <w:rFonts w:ascii="Arial" w:hAnsi="Arial" w:cs="Arial"/>
                <w:sz w:val="20"/>
                <w:szCs w:val="20"/>
              </w:rPr>
            </w:pPr>
          </w:p>
        </w:tc>
      </w:tr>
      <w:tr w:rsidR="00433A9F" w14:paraId="2ED039BD" w14:textId="77777777" w:rsidTr="00433A9F">
        <w:tc>
          <w:tcPr>
            <w:tcW w:w="8856" w:type="dxa"/>
          </w:tcPr>
          <w:p w14:paraId="46CF4ED5" w14:textId="77777777" w:rsidR="00433A9F" w:rsidRPr="00433A9F" w:rsidRDefault="00433A9F" w:rsidP="00433A9F">
            <w:pPr>
              <w:rPr>
                <w:rFonts w:ascii="Arial" w:hAnsi="Arial" w:cs="Arial"/>
                <w:b/>
                <w:sz w:val="20"/>
                <w:szCs w:val="20"/>
              </w:rPr>
            </w:pPr>
            <w:bookmarkStart w:id="0" w:name="Ethnic_Origin"/>
            <w:bookmarkEnd w:id="0"/>
            <w:r w:rsidRPr="00433A9F">
              <w:rPr>
                <w:rFonts w:ascii="Arial" w:hAnsi="Arial" w:cs="Arial"/>
                <w:b/>
                <w:sz w:val="20"/>
                <w:szCs w:val="20"/>
                <w:u w:val="single"/>
              </w:rPr>
              <w:t>Ethnic Origin</w:t>
            </w:r>
          </w:p>
          <w:p w14:paraId="1A101321" w14:textId="77777777" w:rsidR="00433A9F" w:rsidRPr="00433A9F" w:rsidRDefault="00433A9F" w:rsidP="00433A9F">
            <w:pPr>
              <w:rPr>
                <w:rFonts w:ascii="Arial" w:hAnsi="Arial" w:cs="Arial"/>
                <w:i/>
                <w:sz w:val="20"/>
                <w:szCs w:val="20"/>
              </w:rPr>
            </w:pPr>
            <w:r w:rsidRPr="00433A9F">
              <w:rPr>
                <w:rFonts w:ascii="Arial" w:hAnsi="Arial" w:cs="Arial"/>
                <w:i/>
                <w:sz w:val="20"/>
                <w:szCs w:val="20"/>
              </w:rPr>
              <w:t xml:space="preserve">Ethnic origin does not mean </w:t>
            </w:r>
            <w:proofErr w:type="gramStart"/>
            <w:r w:rsidRPr="00433A9F">
              <w:rPr>
                <w:rFonts w:ascii="Arial" w:hAnsi="Arial" w:cs="Arial"/>
                <w:i/>
                <w:sz w:val="20"/>
                <w:szCs w:val="20"/>
              </w:rPr>
              <w:t>nationality, but</w:t>
            </w:r>
            <w:proofErr w:type="gramEnd"/>
            <w:r w:rsidRPr="00433A9F">
              <w:rPr>
                <w:rFonts w:ascii="Arial" w:hAnsi="Arial" w:cs="Arial"/>
                <w:i/>
                <w:sz w:val="20"/>
                <w:szCs w:val="20"/>
              </w:rPr>
              <w:t xml:space="preserve"> normally refers to the people or culture with which a person's immediate family identify.</w:t>
            </w:r>
          </w:p>
          <w:p w14:paraId="75BA92FB" w14:textId="77777777" w:rsidR="00433A9F" w:rsidRPr="00433A9F" w:rsidRDefault="00433A9F" w:rsidP="00433A9F">
            <w:pPr>
              <w:rPr>
                <w:rFonts w:ascii="Arial" w:hAnsi="Arial" w:cs="Arial"/>
                <w:i/>
                <w:sz w:val="20"/>
                <w:szCs w:val="20"/>
              </w:rPr>
            </w:pPr>
          </w:p>
          <w:p w14:paraId="11A597A7" w14:textId="77777777" w:rsidR="00433A9F" w:rsidRPr="00433A9F" w:rsidRDefault="00433A9F" w:rsidP="00433A9F">
            <w:pPr>
              <w:rPr>
                <w:rFonts w:ascii="Arial" w:hAnsi="Arial" w:cs="Arial"/>
                <w:i/>
                <w:sz w:val="20"/>
                <w:szCs w:val="20"/>
              </w:rPr>
            </w:pPr>
          </w:p>
          <w:p w14:paraId="18B7ADDF" w14:textId="77777777" w:rsidR="00433A9F" w:rsidRPr="00433A9F" w:rsidRDefault="00433A9F" w:rsidP="00433A9F">
            <w:pPr>
              <w:rPr>
                <w:rFonts w:ascii="Arial" w:hAnsi="Arial" w:cs="Arial"/>
                <w:i/>
                <w:sz w:val="20"/>
                <w:szCs w:val="20"/>
              </w:rPr>
            </w:pPr>
          </w:p>
          <w:p w14:paraId="2826703D" w14:textId="033A4A4E" w:rsidR="00433A9F" w:rsidRPr="00433A9F" w:rsidRDefault="00433A9F" w:rsidP="00433A9F">
            <w:pPr>
              <w:rPr>
                <w:rFonts w:ascii="Arial" w:hAnsi="Arial" w:cs="Arial"/>
                <w:sz w:val="20"/>
                <w:szCs w:val="20"/>
              </w:rPr>
            </w:pPr>
            <w:r w:rsidRPr="00433A9F">
              <w:rPr>
                <w:rFonts w:ascii="Arial" w:hAnsi="Arial" w:cs="Arial"/>
                <w:b/>
                <w:sz w:val="20"/>
                <w:szCs w:val="20"/>
              </w:rPr>
              <w:t>I would describe</w:t>
            </w:r>
            <w:r>
              <w:rPr>
                <w:rFonts w:ascii="Arial" w:hAnsi="Arial" w:cs="Arial"/>
                <w:b/>
                <w:sz w:val="20"/>
                <w:szCs w:val="20"/>
              </w:rPr>
              <w:t xml:space="preserve"> </w:t>
            </w:r>
            <w:r w:rsidRPr="00433A9F">
              <w:rPr>
                <w:rFonts w:ascii="Arial" w:hAnsi="Arial" w:cs="Arial"/>
                <w:b/>
                <w:sz w:val="20"/>
                <w:szCs w:val="20"/>
              </w:rPr>
              <w:t>my ethnic origin as</w:t>
            </w:r>
            <w:r>
              <w:rPr>
                <w:rFonts w:ascii="Arial" w:hAnsi="Arial" w:cs="Arial"/>
                <w:b/>
                <w:sz w:val="20"/>
                <w:szCs w:val="20"/>
              </w:rPr>
              <w:t xml:space="preserve"> </w:t>
            </w:r>
            <w:r w:rsidRPr="00433A9F">
              <w:rPr>
                <w:rFonts w:ascii="Arial" w:hAnsi="Arial" w:cs="Arial"/>
                <w:b/>
                <w:sz w:val="20"/>
                <w:szCs w:val="20"/>
              </w:rPr>
              <w:t>follows:</w:t>
            </w:r>
          </w:p>
          <w:p w14:paraId="3C861D0D" w14:textId="77777777" w:rsidR="00433A9F" w:rsidRDefault="00433A9F" w:rsidP="00433A9F">
            <w:pPr>
              <w:rPr>
                <w:rFonts w:ascii="Arial" w:hAnsi="Arial" w:cs="Arial"/>
                <w:sz w:val="20"/>
                <w:szCs w:val="20"/>
              </w:rPr>
            </w:pPr>
          </w:p>
          <w:p w14:paraId="4CA01112" w14:textId="77777777" w:rsidR="00433A9F" w:rsidRDefault="00433A9F" w:rsidP="00433A9F">
            <w:pPr>
              <w:rPr>
                <w:rFonts w:ascii="Arial" w:hAnsi="Arial" w:cs="Arial"/>
                <w:sz w:val="20"/>
                <w:szCs w:val="20"/>
              </w:rPr>
            </w:pPr>
          </w:p>
          <w:p w14:paraId="45E0053C" w14:textId="77777777" w:rsidR="00433A9F" w:rsidRDefault="00433A9F" w:rsidP="00433A9F">
            <w:pPr>
              <w:rPr>
                <w:rFonts w:ascii="Arial" w:hAnsi="Arial" w:cs="Arial"/>
                <w:sz w:val="20"/>
                <w:szCs w:val="20"/>
              </w:rPr>
            </w:pPr>
          </w:p>
          <w:p w14:paraId="0B0736DC" w14:textId="77777777" w:rsidR="00433A9F" w:rsidRDefault="00433A9F" w:rsidP="00433A9F">
            <w:pPr>
              <w:rPr>
                <w:rFonts w:ascii="Arial" w:hAnsi="Arial" w:cs="Arial"/>
                <w:sz w:val="20"/>
                <w:szCs w:val="20"/>
              </w:rPr>
            </w:pPr>
          </w:p>
        </w:tc>
      </w:tr>
      <w:tr w:rsidR="00433A9F" w14:paraId="172C08D0" w14:textId="77777777" w:rsidTr="00433A9F">
        <w:tc>
          <w:tcPr>
            <w:tcW w:w="8856" w:type="dxa"/>
          </w:tcPr>
          <w:p w14:paraId="60B622AA" w14:textId="304DB65F" w:rsidR="00433A9F" w:rsidRPr="00433A9F" w:rsidRDefault="00433A9F" w:rsidP="00433A9F">
            <w:pPr>
              <w:rPr>
                <w:rFonts w:ascii="Arial" w:hAnsi="Arial" w:cs="Arial"/>
                <w:b/>
                <w:sz w:val="20"/>
                <w:szCs w:val="20"/>
              </w:rPr>
            </w:pPr>
            <w:bookmarkStart w:id="1" w:name="Equality_and_Diversity_Monitoring"/>
            <w:bookmarkEnd w:id="1"/>
            <w:r w:rsidRPr="00433A9F">
              <w:rPr>
                <w:rFonts w:ascii="Arial" w:hAnsi="Arial" w:cs="Arial"/>
                <w:b/>
                <w:sz w:val="20"/>
                <w:szCs w:val="20"/>
                <w:u w:val="single"/>
              </w:rPr>
              <w:lastRenderedPageBreak/>
              <w:t>Equality and Diversity Monitoring</w:t>
            </w:r>
          </w:p>
          <w:p w14:paraId="459F28EA" w14:textId="77777777" w:rsidR="00433A9F" w:rsidRDefault="00433A9F" w:rsidP="00433A9F">
            <w:pPr>
              <w:rPr>
                <w:rFonts w:ascii="Arial" w:hAnsi="Arial" w:cs="Arial"/>
                <w:b/>
                <w:sz w:val="20"/>
                <w:szCs w:val="20"/>
              </w:rPr>
            </w:pPr>
          </w:p>
          <w:p w14:paraId="268F07C8" w14:textId="7DE71D46" w:rsidR="00433A9F" w:rsidRPr="00433A9F" w:rsidRDefault="00433A9F" w:rsidP="00433A9F">
            <w:pPr>
              <w:rPr>
                <w:rFonts w:ascii="Arial" w:hAnsi="Arial" w:cs="Arial"/>
                <w:b/>
                <w:sz w:val="20"/>
                <w:szCs w:val="20"/>
              </w:rPr>
            </w:pPr>
            <w:r>
              <w:rPr>
                <w:rFonts w:ascii="Arial" w:hAnsi="Arial" w:cs="Arial"/>
                <w:b/>
                <w:sz w:val="20"/>
                <w:szCs w:val="20"/>
              </w:rPr>
              <w:t>Sexual orientation:</w:t>
            </w:r>
          </w:p>
          <w:p w14:paraId="582A5C98" w14:textId="54A2A891" w:rsidR="00433A9F" w:rsidRDefault="00433A9F" w:rsidP="00433A9F">
            <w:pPr>
              <w:rPr>
                <w:rFonts w:ascii="Arial" w:hAnsi="Arial" w:cs="Arial"/>
                <w:b/>
                <w:sz w:val="20"/>
                <w:szCs w:val="20"/>
              </w:rPr>
            </w:pPr>
          </w:p>
          <w:p w14:paraId="2AB8D0B8" w14:textId="77777777" w:rsidR="00433A9F" w:rsidRPr="00433A9F" w:rsidRDefault="00433A9F" w:rsidP="00433A9F">
            <w:pPr>
              <w:rPr>
                <w:rFonts w:ascii="Arial" w:hAnsi="Arial" w:cs="Arial"/>
                <w:b/>
                <w:sz w:val="20"/>
                <w:szCs w:val="20"/>
              </w:rPr>
            </w:pPr>
          </w:p>
          <w:p w14:paraId="6C2F245C" w14:textId="77777777" w:rsidR="00433A9F" w:rsidRPr="00433A9F" w:rsidRDefault="00433A9F" w:rsidP="00433A9F">
            <w:pPr>
              <w:rPr>
                <w:rFonts w:ascii="Arial" w:hAnsi="Arial" w:cs="Arial"/>
                <w:b/>
                <w:sz w:val="20"/>
                <w:szCs w:val="20"/>
              </w:rPr>
            </w:pPr>
            <w:r w:rsidRPr="00433A9F">
              <w:rPr>
                <w:rFonts w:ascii="Arial" w:hAnsi="Arial" w:cs="Arial"/>
                <w:b/>
                <w:sz w:val="20"/>
                <w:szCs w:val="20"/>
              </w:rPr>
              <w:t>Do you now or have you ever identified as trans or transgender?</w:t>
            </w:r>
          </w:p>
          <w:p w14:paraId="20AA0F60" w14:textId="77777777" w:rsidR="00433A9F" w:rsidRDefault="00433A9F" w:rsidP="00433A9F">
            <w:pPr>
              <w:rPr>
                <w:rFonts w:ascii="Arial" w:hAnsi="Arial" w:cs="Arial"/>
                <w:b/>
                <w:sz w:val="20"/>
                <w:szCs w:val="20"/>
              </w:rPr>
            </w:pPr>
          </w:p>
          <w:p w14:paraId="4CF439B5" w14:textId="77777777" w:rsidR="000A75FB" w:rsidRDefault="000A75FB" w:rsidP="00433A9F">
            <w:pPr>
              <w:rPr>
                <w:rFonts w:ascii="Arial" w:hAnsi="Arial" w:cs="Arial"/>
                <w:b/>
                <w:sz w:val="20"/>
                <w:szCs w:val="20"/>
              </w:rPr>
            </w:pPr>
          </w:p>
          <w:p w14:paraId="2B8E2B33" w14:textId="77777777" w:rsidR="000A75FB" w:rsidRDefault="000A75FB" w:rsidP="00433A9F">
            <w:pPr>
              <w:rPr>
                <w:rFonts w:ascii="Arial" w:hAnsi="Arial" w:cs="Arial"/>
                <w:b/>
                <w:sz w:val="20"/>
                <w:szCs w:val="20"/>
              </w:rPr>
            </w:pPr>
          </w:p>
          <w:p w14:paraId="042584BA" w14:textId="5056C346" w:rsidR="00433A9F" w:rsidRDefault="00433A9F" w:rsidP="00433A9F">
            <w:pPr>
              <w:rPr>
                <w:rFonts w:ascii="Arial" w:hAnsi="Arial" w:cs="Arial"/>
                <w:b/>
                <w:sz w:val="20"/>
                <w:szCs w:val="20"/>
              </w:rPr>
            </w:pPr>
            <w:r w:rsidRPr="00433A9F">
              <w:rPr>
                <w:rFonts w:ascii="Arial" w:hAnsi="Arial" w:cs="Arial"/>
                <w:b/>
                <w:sz w:val="20"/>
                <w:szCs w:val="20"/>
              </w:rPr>
              <w:t>Please indicate your religious</w:t>
            </w:r>
            <w:r>
              <w:rPr>
                <w:rFonts w:ascii="Arial" w:hAnsi="Arial" w:cs="Arial"/>
                <w:b/>
                <w:sz w:val="20"/>
                <w:szCs w:val="20"/>
              </w:rPr>
              <w:t xml:space="preserve"> </w:t>
            </w:r>
            <w:r w:rsidRPr="00433A9F">
              <w:rPr>
                <w:rFonts w:ascii="Arial" w:hAnsi="Arial" w:cs="Arial"/>
                <w:b/>
                <w:sz w:val="20"/>
                <w:szCs w:val="20"/>
              </w:rPr>
              <w:t>belief:</w:t>
            </w:r>
          </w:p>
          <w:p w14:paraId="12F5B253" w14:textId="77777777" w:rsidR="00CD3F5C" w:rsidRDefault="00CD3F5C" w:rsidP="00433A9F">
            <w:pPr>
              <w:rPr>
                <w:rFonts w:ascii="Arial" w:hAnsi="Arial" w:cs="Arial"/>
                <w:b/>
                <w:sz w:val="20"/>
                <w:szCs w:val="20"/>
              </w:rPr>
            </w:pPr>
          </w:p>
          <w:p w14:paraId="44B457B0" w14:textId="77777777" w:rsidR="00CD3F5C" w:rsidRPr="00433A9F" w:rsidRDefault="00CD3F5C" w:rsidP="00433A9F">
            <w:pPr>
              <w:rPr>
                <w:rFonts w:ascii="Arial" w:hAnsi="Arial" w:cs="Arial"/>
                <w:b/>
                <w:sz w:val="20"/>
                <w:szCs w:val="20"/>
              </w:rPr>
            </w:pPr>
          </w:p>
          <w:p w14:paraId="0543DAC2" w14:textId="77777777" w:rsidR="00433A9F" w:rsidRDefault="00433A9F" w:rsidP="00433A9F">
            <w:pPr>
              <w:rPr>
                <w:rFonts w:ascii="Arial" w:hAnsi="Arial" w:cs="Arial"/>
                <w:sz w:val="20"/>
                <w:szCs w:val="20"/>
              </w:rPr>
            </w:pPr>
          </w:p>
        </w:tc>
      </w:tr>
      <w:tr w:rsidR="00433A9F" w14:paraId="2C5870DA" w14:textId="77777777" w:rsidTr="00433A9F">
        <w:tc>
          <w:tcPr>
            <w:tcW w:w="8856" w:type="dxa"/>
          </w:tcPr>
          <w:p w14:paraId="6E54F740" w14:textId="77777777" w:rsidR="00433A9F" w:rsidRDefault="00433A9F" w:rsidP="00433A9F">
            <w:pPr>
              <w:rPr>
                <w:rFonts w:ascii="Arial" w:hAnsi="Arial" w:cs="Arial"/>
                <w:b/>
                <w:sz w:val="20"/>
                <w:szCs w:val="20"/>
                <w:u w:val="single"/>
              </w:rPr>
            </w:pPr>
            <w:bookmarkStart w:id="2" w:name="Disability"/>
            <w:bookmarkEnd w:id="2"/>
            <w:r w:rsidRPr="00433A9F">
              <w:rPr>
                <w:rFonts w:ascii="Arial" w:hAnsi="Arial" w:cs="Arial"/>
                <w:b/>
                <w:sz w:val="20"/>
                <w:szCs w:val="20"/>
                <w:u w:val="single"/>
              </w:rPr>
              <w:t>Disability</w:t>
            </w:r>
          </w:p>
          <w:p w14:paraId="5C8D33A1" w14:textId="77777777" w:rsidR="00433A9F" w:rsidRPr="00433A9F" w:rsidRDefault="00433A9F" w:rsidP="00433A9F">
            <w:pPr>
              <w:rPr>
                <w:rFonts w:ascii="Arial" w:hAnsi="Arial" w:cs="Arial"/>
                <w:b/>
                <w:sz w:val="20"/>
                <w:szCs w:val="20"/>
              </w:rPr>
            </w:pPr>
          </w:p>
          <w:p w14:paraId="4C9E335B" w14:textId="5FAD4942" w:rsidR="00433A9F" w:rsidRPr="00433A9F" w:rsidRDefault="00433A9F" w:rsidP="00433A9F">
            <w:pPr>
              <w:rPr>
                <w:rFonts w:ascii="Arial" w:hAnsi="Arial" w:cs="Arial"/>
                <w:i/>
                <w:sz w:val="20"/>
                <w:szCs w:val="20"/>
              </w:rPr>
            </w:pPr>
            <w:r w:rsidRPr="00433A9F">
              <w:rPr>
                <w:rFonts w:ascii="Arial" w:hAnsi="Arial" w:cs="Arial"/>
                <w:i/>
                <w:sz w:val="20"/>
                <w:szCs w:val="20"/>
              </w:rPr>
              <w:t>The answer to the question about the Guaranteed Interview Scheme is presented to the lead short-lister before they make the final decision on who to</w:t>
            </w:r>
            <w:r>
              <w:t xml:space="preserve"> </w:t>
            </w:r>
            <w:r w:rsidRPr="00433A9F">
              <w:rPr>
                <w:rFonts w:ascii="Arial" w:hAnsi="Arial" w:cs="Arial"/>
                <w:i/>
                <w:sz w:val="20"/>
                <w:szCs w:val="20"/>
              </w:rPr>
              <w:t xml:space="preserve">invite </w:t>
            </w:r>
            <w:proofErr w:type="gramStart"/>
            <w:r w:rsidRPr="00433A9F">
              <w:rPr>
                <w:rFonts w:ascii="Arial" w:hAnsi="Arial" w:cs="Arial"/>
                <w:i/>
                <w:sz w:val="20"/>
                <w:szCs w:val="20"/>
              </w:rPr>
              <w:t>to interview</w:t>
            </w:r>
            <w:proofErr w:type="gramEnd"/>
            <w:r w:rsidRPr="00433A9F">
              <w:rPr>
                <w:rFonts w:ascii="Arial" w:hAnsi="Arial" w:cs="Arial"/>
                <w:i/>
                <w:sz w:val="20"/>
                <w:szCs w:val="20"/>
              </w:rPr>
              <w:t xml:space="preserve">. This is </w:t>
            </w:r>
            <w:proofErr w:type="gramStart"/>
            <w:r w:rsidRPr="00433A9F">
              <w:rPr>
                <w:rFonts w:ascii="Arial" w:hAnsi="Arial" w:cs="Arial"/>
                <w:i/>
                <w:sz w:val="20"/>
                <w:szCs w:val="20"/>
              </w:rPr>
              <w:t>done</w:t>
            </w:r>
            <w:proofErr w:type="gramEnd"/>
            <w:r w:rsidRPr="00433A9F">
              <w:rPr>
                <w:rFonts w:ascii="Arial" w:hAnsi="Arial" w:cs="Arial"/>
                <w:i/>
                <w:sz w:val="20"/>
                <w:szCs w:val="20"/>
              </w:rPr>
              <w:t xml:space="preserve"> so that we can meet our obligation as a 'Disability Confident' employer to invite to interview any applicant, who has a disability, who meets the essential criteria for a post that they have applied for. If you are invited to interview you will need to let us know if </w:t>
            </w:r>
            <w:proofErr w:type="gramStart"/>
            <w:r w:rsidRPr="00433A9F">
              <w:rPr>
                <w:rFonts w:ascii="Arial" w:hAnsi="Arial" w:cs="Arial"/>
                <w:i/>
                <w:sz w:val="20"/>
                <w:szCs w:val="20"/>
              </w:rPr>
              <w:t>you will</w:t>
            </w:r>
            <w:proofErr w:type="gramEnd"/>
            <w:r w:rsidRPr="00433A9F">
              <w:rPr>
                <w:rFonts w:ascii="Arial" w:hAnsi="Arial" w:cs="Arial"/>
                <w:i/>
                <w:sz w:val="20"/>
                <w:szCs w:val="20"/>
              </w:rPr>
              <w:t xml:space="preserve"> need any special help or adaptations.</w:t>
            </w:r>
          </w:p>
          <w:p w14:paraId="47CBD5A2" w14:textId="77777777" w:rsidR="00433A9F" w:rsidRDefault="00433A9F" w:rsidP="00433A9F">
            <w:pPr>
              <w:rPr>
                <w:rFonts w:ascii="Arial" w:hAnsi="Arial" w:cs="Arial"/>
                <w:sz w:val="20"/>
                <w:szCs w:val="20"/>
              </w:rPr>
            </w:pPr>
          </w:p>
          <w:p w14:paraId="494DEF1B" w14:textId="77777777" w:rsidR="000A75FB" w:rsidRDefault="000A75FB" w:rsidP="00433A9F">
            <w:pPr>
              <w:rPr>
                <w:rFonts w:ascii="Arial" w:hAnsi="Arial" w:cs="Arial"/>
                <w:b/>
                <w:sz w:val="20"/>
                <w:szCs w:val="20"/>
              </w:rPr>
            </w:pPr>
          </w:p>
          <w:p w14:paraId="539C481B" w14:textId="4DDAB859" w:rsidR="000A75FB" w:rsidRDefault="00433A9F" w:rsidP="00433A9F">
            <w:pPr>
              <w:rPr>
                <w:rFonts w:ascii="Arial" w:hAnsi="Arial" w:cs="Arial"/>
                <w:b/>
                <w:sz w:val="20"/>
                <w:szCs w:val="20"/>
              </w:rPr>
            </w:pPr>
            <w:r w:rsidRPr="00433A9F">
              <w:rPr>
                <w:rFonts w:ascii="Arial" w:hAnsi="Arial" w:cs="Arial"/>
                <w:b/>
                <w:sz w:val="20"/>
                <w:szCs w:val="20"/>
              </w:rPr>
              <w:t>Do you consider yourself to have a disability?</w:t>
            </w:r>
          </w:p>
          <w:p w14:paraId="39A26DA6" w14:textId="77777777" w:rsidR="000A75FB" w:rsidRDefault="000A75FB" w:rsidP="00433A9F">
            <w:pPr>
              <w:rPr>
                <w:rFonts w:ascii="Arial" w:hAnsi="Arial" w:cs="Arial"/>
                <w:b/>
                <w:sz w:val="20"/>
                <w:szCs w:val="20"/>
              </w:rPr>
            </w:pPr>
          </w:p>
          <w:p w14:paraId="0D6C7AC0" w14:textId="186414C5" w:rsidR="000A75FB" w:rsidRDefault="000A75FB" w:rsidP="00433A9F">
            <w:pPr>
              <w:rPr>
                <w:rFonts w:ascii="Arial" w:hAnsi="Arial" w:cs="Arial"/>
                <w:b/>
                <w:sz w:val="20"/>
                <w:szCs w:val="20"/>
              </w:rPr>
            </w:pPr>
            <w:r>
              <w:rPr>
                <w:rFonts w:ascii="Arial" w:hAnsi="Arial" w:cs="Arial"/>
                <w:b/>
                <w:sz w:val="20"/>
                <w:szCs w:val="20"/>
              </w:rPr>
              <w:t>Yes/No</w:t>
            </w:r>
          </w:p>
          <w:p w14:paraId="586C7134" w14:textId="77777777" w:rsidR="00433A9F" w:rsidRDefault="00433A9F" w:rsidP="00433A9F">
            <w:pPr>
              <w:rPr>
                <w:rFonts w:ascii="Arial" w:hAnsi="Arial" w:cs="Arial"/>
                <w:b/>
                <w:sz w:val="20"/>
                <w:szCs w:val="20"/>
              </w:rPr>
            </w:pPr>
          </w:p>
          <w:p w14:paraId="504F850D" w14:textId="77777777" w:rsidR="00433A9F" w:rsidRPr="00433A9F" w:rsidRDefault="00433A9F" w:rsidP="00433A9F">
            <w:pPr>
              <w:rPr>
                <w:rFonts w:ascii="Arial" w:hAnsi="Arial" w:cs="Arial"/>
                <w:b/>
                <w:sz w:val="20"/>
                <w:szCs w:val="20"/>
              </w:rPr>
            </w:pPr>
          </w:p>
          <w:p w14:paraId="78BF8A61" w14:textId="77777777" w:rsidR="00433A9F" w:rsidRPr="00433A9F" w:rsidRDefault="00433A9F" w:rsidP="00433A9F">
            <w:pPr>
              <w:rPr>
                <w:rFonts w:ascii="Arial" w:hAnsi="Arial" w:cs="Arial"/>
                <w:i/>
                <w:iCs/>
                <w:sz w:val="20"/>
                <w:szCs w:val="20"/>
              </w:rPr>
            </w:pPr>
            <w:bookmarkStart w:id="3" w:name="Guidance_on_types_of_disabilities"/>
            <w:bookmarkEnd w:id="3"/>
            <w:r w:rsidRPr="00433A9F">
              <w:rPr>
                <w:rFonts w:ascii="Arial" w:hAnsi="Arial" w:cs="Arial"/>
                <w:i/>
                <w:iCs/>
                <w:sz w:val="20"/>
                <w:szCs w:val="20"/>
              </w:rPr>
              <w:t>Guidance on types of disabilities</w:t>
            </w:r>
          </w:p>
          <w:p w14:paraId="672CA3DF" w14:textId="77777777" w:rsidR="00433A9F" w:rsidRPr="00433A9F" w:rsidRDefault="00433A9F" w:rsidP="00433A9F">
            <w:pPr>
              <w:numPr>
                <w:ilvl w:val="0"/>
                <w:numId w:val="11"/>
              </w:numPr>
              <w:rPr>
                <w:rFonts w:ascii="Arial" w:hAnsi="Arial" w:cs="Arial"/>
                <w:i/>
                <w:iCs/>
                <w:sz w:val="20"/>
                <w:szCs w:val="20"/>
              </w:rPr>
            </w:pPr>
            <w:r w:rsidRPr="00433A9F">
              <w:rPr>
                <w:rFonts w:ascii="Arial" w:hAnsi="Arial" w:cs="Arial"/>
                <w:i/>
                <w:iCs/>
                <w:sz w:val="20"/>
                <w:szCs w:val="20"/>
              </w:rPr>
              <w:t>Physical impairment, such as difficulty using your arms or mobility issues which means using a wheelchair or crutches</w:t>
            </w:r>
          </w:p>
          <w:p w14:paraId="36978CEF" w14:textId="77777777" w:rsidR="00433A9F" w:rsidRPr="00433A9F" w:rsidRDefault="00433A9F" w:rsidP="00433A9F">
            <w:pPr>
              <w:numPr>
                <w:ilvl w:val="0"/>
                <w:numId w:val="11"/>
              </w:numPr>
              <w:rPr>
                <w:rFonts w:ascii="Arial" w:hAnsi="Arial" w:cs="Arial"/>
                <w:i/>
                <w:iCs/>
                <w:sz w:val="20"/>
                <w:szCs w:val="20"/>
              </w:rPr>
            </w:pPr>
            <w:r w:rsidRPr="00433A9F">
              <w:rPr>
                <w:rFonts w:ascii="Arial" w:hAnsi="Arial" w:cs="Arial"/>
                <w:i/>
                <w:iCs/>
                <w:sz w:val="20"/>
                <w:szCs w:val="20"/>
              </w:rPr>
              <w:t xml:space="preserve">Sensory impairment, such </w:t>
            </w:r>
            <w:proofErr w:type="gramStart"/>
            <w:r w:rsidRPr="00433A9F">
              <w:rPr>
                <w:rFonts w:ascii="Arial" w:hAnsi="Arial" w:cs="Arial"/>
                <w:i/>
                <w:iCs/>
                <w:sz w:val="20"/>
                <w:szCs w:val="20"/>
              </w:rPr>
              <w:t>as being</w:t>
            </w:r>
            <w:proofErr w:type="gramEnd"/>
            <w:r w:rsidRPr="00433A9F">
              <w:rPr>
                <w:rFonts w:ascii="Arial" w:hAnsi="Arial" w:cs="Arial"/>
                <w:i/>
                <w:iCs/>
                <w:sz w:val="20"/>
                <w:szCs w:val="20"/>
              </w:rPr>
              <w:t xml:space="preserve"> blind/having </w:t>
            </w:r>
            <w:proofErr w:type="gramStart"/>
            <w:r w:rsidRPr="00433A9F">
              <w:rPr>
                <w:rFonts w:ascii="Arial" w:hAnsi="Arial" w:cs="Arial"/>
                <w:i/>
                <w:iCs/>
                <w:sz w:val="20"/>
                <w:szCs w:val="20"/>
              </w:rPr>
              <w:t>a serious</w:t>
            </w:r>
            <w:proofErr w:type="gramEnd"/>
            <w:r w:rsidRPr="00433A9F">
              <w:rPr>
                <w:rFonts w:ascii="Arial" w:hAnsi="Arial" w:cs="Arial"/>
                <w:i/>
                <w:iCs/>
                <w:sz w:val="20"/>
                <w:szCs w:val="20"/>
              </w:rPr>
              <w:t xml:space="preserve"> visual impairment or being deaf/having </w:t>
            </w:r>
            <w:proofErr w:type="gramStart"/>
            <w:r w:rsidRPr="00433A9F">
              <w:rPr>
                <w:rFonts w:ascii="Arial" w:hAnsi="Arial" w:cs="Arial"/>
                <w:i/>
                <w:iCs/>
                <w:sz w:val="20"/>
                <w:szCs w:val="20"/>
              </w:rPr>
              <w:t>a serious</w:t>
            </w:r>
            <w:proofErr w:type="gramEnd"/>
            <w:r w:rsidRPr="00433A9F">
              <w:rPr>
                <w:rFonts w:ascii="Arial" w:hAnsi="Arial" w:cs="Arial"/>
                <w:i/>
                <w:iCs/>
                <w:sz w:val="20"/>
                <w:szCs w:val="20"/>
              </w:rPr>
              <w:t xml:space="preserve"> hearing impairment</w:t>
            </w:r>
          </w:p>
          <w:p w14:paraId="6F068E61" w14:textId="77777777" w:rsidR="00433A9F" w:rsidRPr="00433A9F" w:rsidRDefault="00433A9F" w:rsidP="00433A9F">
            <w:pPr>
              <w:numPr>
                <w:ilvl w:val="0"/>
                <w:numId w:val="11"/>
              </w:numPr>
              <w:rPr>
                <w:rFonts w:ascii="Arial" w:hAnsi="Arial" w:cs="Arial"/>
                <w:i/>
                <w:iCs/>
                <w:sz w:val="20"/>
                <w:szCs w:val="20"/>
              </w:rPr>
            </w:pPr>
            <w:r w:rsidRPr="00433A9F">
              <w:rPr>
                <w:rFonts w:ascii="Arial" w:hAnsi="Arial" w:cs="Arial"/>
                <w:i/>
                <w:iCs/>
                <w:sz w:val="20"/>
                <w:szCs w:val="20"/>
              </w:rPr>
              <w:t xml:space="preserve">Mental health </w:t>
            </w:r>
            <w:proofErr w:type="gramStart"/>
            <w:r w:rsidRPr="00433A9F">
              <w:rPr>
                <w:rFonts w:ascii="Arial" w:hAnsi="Arial" w:cs="Arial"/>
                <w:i/>
                <w:iCs/>
                <w:sz w:val="20"/>
                <w:szCs w:val="20"/>
              </w:rPr>
              <w:t>condition</w:t>
            </w:r>
            <w:proofErr w:type="gramEnd"/>
            <w:r w:rsidRPr="00433A9F">
              <w:rPr>
                <w:rFonts w:ascii="Arial" w:hAnsi="Arial" w:cs="Arial"/>
                <w:i/>
                <w:iCs/>
                <w:sz w:val="20"/>
                <w:szCs w:val="20"/>
              </w:rPr>
              <w:t>, such as depression or schizophrenia</w:t>
            </w:r>
          </w:p>
          <w:p w14:paraId="69910C1B" w14:textId="77777777" w:rsidR="00433A9F" w:rsidRPr="00433A9F" w:rsidRDefault="00433A9F" w:rsidP="00433A9F">
            <w:pPr>
              <w:numPr>
                <w:ilvl w:val="0"/>
                <w:numId w:val="11"/>
              </w:numPr>
              <w:rPr>
                <w:rFonts w:ascii="Arial" w:hAnsi="Arial" w:cs="Arial"/>
                <w:i/>
                <w:iCs/>
                <w:sz w:val="20"/>
                <w:szCs w:val="20"/>
              </w:rPr>
            </w:pPr>
            <w:r w:rsidRPr="00433A9F">
              <w:rPr>
                <w:rFonts w:ascii="Arial" w:hAnsi="Arial" w:cs="Arial"/>
                <w:i/>
                <w:iCs/>
                <w:sz w:val="20"/>
                <w:szCs w:val="20"/>
              </w:rPr>
              <w:t>Learning disability/difficulty, (such as Down's syndrome or dyslexia) or cognitive impairment (such as autistic spectrum disorder)</w:t>
            </w:r>
          </w:p>
          <w:p w14:paraId="7C8A6529" w14:textId="77777777" w:rsidR="00433A9F" w:rsidRPr="00433A9F" w:rsidRDefault="00433A9F" w:rsidP="00433A9F">
            <w:pPr>
              <w:numPr>
                <w:ilvl w:val="0"/>
                <w:numId w:val="11"/>
              </w:numPr>
              <w:rPr>
                <w:rFonts w:ascii="Arial" w:hAnsi="Arial" w:cs="Arial"/>
                <w:i/>
                <w:iCs/>
                <w:sz w:val="20"/>
                <w:szCs w:val="20"/>
              </w:rPr>
            </w:pPr>
            <w:r w:rsidRPr="00433A9F">
              <w:rPr>
                <w:rFonts w:ascii="Arial" w:hAnsi="Arial" w:cs="Arial"/>
                <w:i/>
                <w:iCs/>
                <w:sz w:val="20"/>
                <w:szCs w:val="20"/>
              </w:rPr>
              <w:t>Longstanding illness or health condition such as cancer, HIV, diabetes, chronic heart disease, or epilepsy</w:t>
            </w:r>
          </w:p>
          <w:p w14:paraId="6457D1AD" w14:textId="77777777" w:rsidR="00433A9F" w:rsidRPr="00433A9F" w:rsidRDefault="00433A9F" w:rsidP="00433A9F">
            <w:pPr>
              <w:numPr>
                <w:ilvl w:val="0"/>
                <w:numId w:val="11"/>
              </w:numPr>
              <w:rPr>
                <w:rFonts w:ascii="Arial" w:hAnsi="Arial" w:cs="Arial"/>
                <w:i/>
                <w:iCs/>
                <w:sz w:val="20"/>
                <w:szCs w:val="20"/>
              </w:rPr>
            </w:pPr>
            <w:r w:rsidRPr="00433A9F">
              <w:rPr>
                <w:rFonts w:ascii="Arial" w:hAnsi="Arial" w:cs="Arial"/>
                <w:i/>
                <w:iCs/>
                <w:sz w:val="20"/>
                <w:szCs w:val="20"/>
              </w:rPr>
              <w:t>Other is anything that does not fall into one of the categories detailed above</w:t>
            </w:r>
          </w:p>
          <w:p w14:paraId="1F233DBB" w14:textId="77777777" w:rsidR="00433A9F" w:rsidRDefault="00433A9F" w:rsidP="00433A9F">
            <w:pPr>
              <w:rPr>
                <w:rFonts w:ascii="Arial" w:hAnsi="Arial" w:cs="Arial"/>
                <w:i/>
                <w:sz w:val="20"/>
                <w:szCs w:val="20"/>
              </w:rPr>
            </w:pPr>
          </w:p>
          <w:p w14:paraId="1813B663" w14:textId="15B01506" w:rsidR="00433A9F" w:rsidRPr="00433A9F" w:rsidRDefault="00433A9F" w:rsidP="00433A9F">
            <w:pPr>
              <w:rPr>
                <w:rFonts w:ascii="Arial" w:hAnsi="Arial" w:cs="Arial"/>
                <w:i/>
                <w:sz w:val="20"/>
                <w:szCs w:val="20"/>
              </w:rPr>
            </w:pPr>
            <w:r w:rsidRPr="00433A9F">
              <w:rPr>
                <w:rFonts w:ascii="Arial" w:hAnsi="Arial" w:cs="Arial"/>
                <w:i/>
                <w:sz w:val="20"/>
                <w:szCs w:val="20"/>
              </w:rPr>
              <w:t xml:space="preserve">If you are selected for </w:t>
            </w:r>
            <w:proofErr w:type="gramStart"/>
            <w:r w:rsidRPr="00433A9F">
              <w:rPr>
                <w:rFonts w:ascii="Arial" w:hAnsi="Arial" w:cs="Arial"/>
                <w:i/>
                <w:sz w:val="20"/>
                <w:szCs w:val="20"/>
              </w:rPr>
              <w:t>interview</w:t>
            </w:r>
            <w:proofErr w:type="gramEnd"/>
            <w:r w:rsidRPr="00433A9F">
              <w:rPr>
                <w:rFonts w:ascii="Arial" w:hAnsi="Arial" w:cs="Arial"/>
                <w:i/>
                <w:sz w:val="20"/>
                <w:szCs w:val="20"/>
              </w:rPr>
              <w:t xml:space="preserve"> you will have the chance to let the recruitment </w:t>
            </w:r>
            <w:proofErr w:type="spellStart"/>
            <w:r w:rsidRPr="00433A9F">
              <w:rPr>
                <w:rFonts w:ascii="Arial" w:hAnsi="Arial" w:cs="Arial"/>
                <w:i/>
                <w:sz w:val="20"/>
                <w:szCs w:val="20"/>
              </w:rPr>
              <w:t>centre</w:t>
            </w:r>
            <w:proofErr w:type="spellEnd"/>
            <w:r w:rsidRPr="00433A9F">
              <w:rPr>
                <w:rFonts w:ascii="Arial" w:hAnsi="Arial" w:cs="Arial"/>
                <w:i/>
                <w:sz w:val="20"/>
                <w:szCs w:val="20"/>
              </w:rPr>
              <w:t xml:space="preserve"> know about any </w:t>
            </w:r>
            <w:proofErr w:type="gramStart"/>
            <w:r w:rsidRPr="00433A9F">
              <w:rPr>
                <w:rFonts w:ascii="Arial" w:hAnsi="Arial" w:cs="Arial"/>
                <w:i/>
                <w:sz w:val="20"/>
                <w:szCs w:val="20"/>
              </w:rPr>
              <w:t>particular needs</w:t>
            </w:r>
            <w:proofErr w:type="gramEnd"/>
            <w:r w:rsidRPr="00433A9F">
              <w:rPr>
                <w:rFonts w:ascii="Arial" w:hAnsi="Arial" w:cs="Arial"/>
                <w:i/>
                <w:sz w:val="20"/>
                <w:szCs w:val="20"/>
              </w:rPr>
              <w:t xml:space="preserve"> you have. This will enable us to offer you a fair interview if, for example, you have a speech difficulty or need a wheelchair accessible room.</w:t>
            </w:r>
          </w:p>
          <w:p w14:paraId="4748B3F4" w14:textId="77777777" w:rsidR="00433A9F" w:rsidRDefault="00433A9F" w:rsidP="00433A9F">
            <w:pPr>
              <w:rPr>
                <w:rFonts w:ascii="Arial" w:hAnsi="Arial" w:cs="Arial"/>
                <w:i/>
                <w:sz w:val="20"/>
                <w:szCs w:val="20"/>
              </w:rPr>
            </w:pPr>
          </w:p>
          <w:p w14:paraId="2E4636B8" w14:textId="77777777" w:rsidR="00433A9F" w:rsidRPr="00433A9F" w:rsidRDefault="00433A9F" w:rsidP="00433A9F">
            <w:pPr>
              <w:rPr>
                <w:rFonts w:ascii="Arial" w:hAnsi="Arial" w:cs="Arial"/>
                <w:i/>
                <w:sz w:val="20"/>
                <w:szCs w:val="20"/>
              </w:rPr>
            </w:pPr>
          </w:p>
          <w:p w14:paraId="4B2C7620" w14:textId="77777777" w:rsidR="00433A9F" w:rsidRPr="00433A9F" w:rsidRDefault="00433A9F" w:rsidP="00433A9F">
            <w:pPr>
              <w:rPr>
                <w:rFonts w:ascii="Arial" w:hAnsi="Arial" w:cs="Arial"/>
                <w:b/>
                <w:sz w:val="20"/>
                <w:szCs w:val="20"/>
              </w:rPr>
            </w:pPr>
            <w:r w:rsidRPr="00433A9F">
              <w:rPr>
                <w:rFonts w:ascii="Arial" w:hAnsi="Arial" w:cs="Arial"/>
                <w:b/>
                <w:sz w:val="20"/>
                <w:szCs w:val="20"/>
              </w:rPr>
              <w:t>I would describe my main disability as:</w:t>
            </w:r>
          </w:p>
          <w:p w14:paraId="03BC8557" w14:textId="056357F7" w:rsidR="00433A9F" w:rsidRDefault="00433A9F" w:rsidP="00433A9F">
            <w:pPr>
              <w:rPr>
                <w:rFonts w:ascii="Arial" w:hAnsi="Arial" w:cs="Arial"/>
                <w:sz w:val="20"/>
                <w:szCs w:val="20"/>
              </w:rPr>
            </w:pPr>
          </w:p>
          <w:p w14:paraId="582F70EF" w14:textId="77777777" w:rsidR="00433A9F" w:rsidRDefault="00433A9F" w:rsidP="00433A9F">
            <w:pPr>
              <w:rPr>
                <w:rFonts w:ascii="Arial" w:hAnsi="Arial" w:cs="Arial"/>
                <w:sz w:val="20"/>
                <w:szCs w:val="20"/>
              </w:rPr>
            </w:pPr>
          </w:p>
          <w:p w14:paraId="6AD77008" w14:textId="77777777" w:rsidR="00433A9F" w:rsidRDefault="00433A9F" w:rsidP="00433A9F">
            <w:pPr>
              <w:rPr>
                <w:rFonts w:ascii="Arial" w:hAnsi="Arial" w:cs="Arial"/>
                <w:sz w:val="20"/>
                <w:szCs w:val="20"/>
              </w:rPr>
            </w:pPr>
          </w:p>
          <w:p w14:paraId="0AF8E27A" w14:textId="77777777" w:rsidR="00433A9F" w:rsidRPr="00433A9F" w:rsidRDefault="00433A9F" w:rsidP="00433A9F">
            <w:pPr>
              <w:rPr>
                <w:rFonts w:ascii="Arial" w:hAnsi="Arial" w:cs="Arial"/>
                <w:sz w:val="20"/>
                <w:szCs w:val="20"/>
              </w:rPr>
            </w:pPr>
          </w:p>
          <w:p w14:paraId="72541AAB" w14:textId="77777777" w:rsidR="00433A9F" w:rsidRDefault="00433A9F" w:rsidP="00433A9F">
            <w:pPr>
              <w:rPr>
                <w:rFonts w:ascii="Arial" w:hAnsi="Arial" w:cs="Arial"/>
                <w:b/>
                <w:sz w:val="20"/>
                <w:szCs w:val="20"/>
              </w:rPr>
            </w:pPr>
            <w:r w:rsidRPr="00433A9F">
              <w:rPr>
                <w:rFonts w:ascii="Arial" w:hAnsi="Arial" w:cs="Arial"/>
                <w:b/>
                <w:sz w:val="20"/>
                <w:szCs w:val="20"/>
              </w:rPr>
              <w:t>If you have a disability, do you wish to be considered under the Guaranteed Interview Scheme if you meet the minimum criteria as specified in the Person Specification?</w:t>
            </w:r>
          </w:p>
          <w:p w14:paraId="09D3885A" w14:textId="77777777" w:rsidR="00433A9F" w:rsidRDefault="00433A9F" w:rsidP="00433A9F">
            <w:pPr>
              <w:rPr>
                <w:rFonts w:ascii="Arial" w:hAnsi="Arial" w:cs="Arial"/>
                <w:b/>
                <w:sz w:val="20"/>
                <w:szCs w:val="20"/>
              </w:rPr>
            </w:pPr>
          </w:p>
          <w:p w14:paraId="33F4E1F9" w14:textId="77777777" w:rsidR="00433A9F" w:rsidRDefault="00433A9F" w:rsidP="00433A9F">
            <w:pPr>
              <w:rPr>
                <w:rFonts w:ascii="Arial" w:hAnsi="Arial" w:cs="Arial"/>
                <w:b/>
                <w:sz w:val="20"/>
                <w:szCs w:val="20"/>
              </w:rPr>
            </w:pPr>
          </w:p>
          <w:p w14:paraId="61095623" w14:textId="77777777" w:rsidR="00433A9F" w:rsidRDefault="00433A9F" w:rsidP="00433A9F">
            <w:pPr>
              <w:rPr>
                <w:rFonts w:ascii="Arial" w:hAnsi="Arial" w:cs="Arial"/>
                <w:b/>
                <w:sz w:val="20"/>
                <w:szCs w:val="20"/>
              </w:rPr>
            </w:pPr>
          </w:p>
          <w:p w14:paraId="5FE92DD1" w14:textId="77777777" w:rsidR="00433A9F" w:rsidRDefault="00433A9F" w:rsidP="00433A9F">
            <w:pPr>
              <w:rPr>
                <w:rFonts w:ascii="Arial" w:hAnsi="Arial" w:cs="Arial"/>
                <w:b/>
                <w:sz w:val="20"/>
                <w:szCs w:val="20"/>
              </w:rPr>
            </w:pPr>
          </w:p>
          <w:p w14:paraId="10BCBB2E" w14:textId="77777777" w:rsidR="00433A9F" w:rsidRDefault="00433A9F" w:rsidP="00433A9F">
            <w:pPr>
              <w:rPr>
                <w:rFonts w:ascii="Arial" w:hAnsi="Arial" w:cs="Arial"/>
                <w:b/>
                <w:sz w:val="20"/>
                <w:szCs w:val="20"/>
              </w:rPr>
            </w:pPr>
          </w:p>
          <w:p w14:paraId="589B72A2" w14:textId="77777777" w:rsidR="00433A9F" w:rsidRDefault="00433A9F" w:rsidP="00433A9F">
            <w:pPr>
              <w:rPr>
                <w:rFonts w:ascii="Arial" w:hAnsi="Arial" w:cs="Arial"/>
                <w:b/>
                <w:sz w:val="20"/>
                <w:szCs w:val="20"/>
              </w:rPr>
            </w:pPr>
          </w:p>
          <w:p w14:paraId="5D03E491" w14:textId="77777777" w:rsidR="00433A9F" w:rsidRPr="00433A9F" w:rsidRDefault="00433A9F" w:rsidP="00433A9F">
            <w:pPr>
              <w:rPr>
                <w:rFonts w:ascii="Arial" w:hAnsi="Arial" w:cs="Arial"/>
                <w:b/>
                <w:sz w:val="20"/>
                <w:szCs w:val="20"/>
              </w:rPr>
            </w:pPr>
            <w:r w:rsidRPr="00433A9F">
              <w:rPr>
                <w:rFonts w:ascii="Arial" w:hAnsi="Arial" w:cs="Arial"/>
                <w:b/>
                <w:sz w:val="20"/>
                <w:szCs w:val="20"/>
              </w:rPr>
              <w:t xml:space="preserve">How did you learn </w:t>
            </w:r>
            <w:proofErr w:type="gramStart"/>
            <w:r w:rsidRPr="00433A9F">
              <w:rPr>
                <w:rFonts w:ascii="Arial" w:hAnsi="Arial" w:cs="Arial"/>
                <w:b/>
                <w:sz w:val="20"/>
                <w:szCs w:val="20"/>
              </w:rPr>
              <w:t>of</w:t>
            </w:r>
            <w:proofErr w:type="gramEnd"/>
            <w:r w:rsidRPr="00433A9F">
              <w:rPr>
                <w:rFonts w:ascii="Arial" w:hAnsi="Arial" w:cs="Arial"/>
                <w:b/>
                <w:sz w:val="20"/>
                <w:szCs w:val="20"/>
              </w:rPr>
              <w:t xml:space="preserve"> this vacancy?</w:t>
            </w:r>
          </w:p>
          <w:p w14:paraId="15A83638" w14:textId="77777777" w:rsidR="00433A9F" w:rsidRDefault="00433A9F" w:rsidP="00433A9F">
            <w:pPr>
              <w:rPr>
                <w:rFonts w:ascii="Arial" w:hAnsi="Arial" w:cs="Arial"/>
                <w:b/>
                <w:sz w:val="20"/>
                <w:szCs w:val="20"/>
              </w:rPr>
            </w:pPr>
          </w:p>
          <w:p w14:paraId="0E91C691" w14:textId="77777777" w:rsidR="00433A9F" w:rsidRDefault="00433A9F" w:rsidP="00433A9F">
            <w:pPr>
              <w:rPr>
                <w:rFonts w:ascii="Arial" w:hAnsi="Arial" w:cs="Arial"/>
                <w:b/>
                <w:sz w:val="20"/>
                <w:szCs w:val="20"/>
              </w:rPr>
            </w:pPr>
          </w:p>
          <w:p w14:paraId="5E797F98" w14:textId="77777777" w:rsidR="00433A9F" w:rsidRDefault="00433A9F" w:rsidP="00433A9F">
            <w:pPr>
              <w:rPr>
                <w:rFonts w:ascii="Arial" w:hAnsi="Arial" w:cs="Arial"/>
                <w:b/>
                <w:sz w:val="20"/>
                <w:szCs w:val="20"/>
              </w:rPr>
            </w:pPr>
          </w:p>
          <w:p w14:paraId="64FF633C" w14:textId="77777777" w:rsidR="00433A9F" w:rsidRDefault="00433A9F" w:rsidP="00433A9F">
            <w:pPr>
              <w:rPr>
                <w:rFonts w:ascii="Arial" w:hAnsi="Arial" w:cs="Arial"/>
                <w:b/>
                <w:sz w:val="20"/>
                <w:szCs w:val="20"/>
              </w:rPr>
            </w:pPr>
          </w:p>
          <w:p w14:paraId="6A73DD04" w14:textId="77777777" w:rsidR="00433A9F" w:rsidRDefault="00433A9F" w:rsidP="00433A9F">
            <w:pPr>
              <w:rPr>
                <w:rFonts w:ascii="Arial" w:hAnsi="Arial" w:cs="Arial"/>
                <w:b/>
                <w:sz w:val="20"/>
                <w:szCs w:val="20"/>
              </w:rPr>
            </w:pPr>
          </w:p>
          <w:p w14:paraId="7386F460" w14:textId="77777777" w:rsidR="00433A9F" w:rsidRDefault="00433A9F" w:rsidP="00433A9F">
            <w:pPr>
              <w:rPr>
                <w:rFonts w:ascii="Arial" w:hAnsi="Arial" w:cs="Arial"/>
                <w:b/>
                <w:sz w:val="20"/>
                <w:szCs w:val="20"/>
              </w:rPr>
            </w:pPr>
          </w:p>
          <w:p w14:paraId="0F5AE038" w14:textId="77777777" w:rsidR="00433A9F" w:rsidRDefault="00433A9F" w:rsidP="00433A9F">
            <w:pPr>
              <w:rPr>
                <w:rFonts w:ascii="Arial" w:hAnsi="Arial" w:cs="Arial"/>
                <w:sz w:val="20"/>
                <w:szCs w:val="20"/>
              </w:rPr>
            </w:pPr>
          </w:p>
        </w:tc>
      </w:tr>
    </w:tbl>
    <w:p w14:paraId="49CC59A8" w14:textId="5A8A33E1" w:rsidR="000465F8" w:rsidRPr="00433A9F" w:rsidRDefault="000465F8">
      <w:pPr>
        <w:rPr>
          <w:rFonts w:ascii="Arial" w:hAnsi="Arial" w:cs="Arial"/>
        </w:rPr>
      </w:pPr>
    </w:p>
    <w:sectPr w:rsidR="000465F8" w:rsidRPr="00433A9F"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B4940B" w14:textId="77777777" w:rsidR="00433A9F" w:rsidRDefault="00433A9F" w:rsidP="00433A9F">
      <w:pPr>
        <w:spacing w:after="0" w:line="240" w:lineRule="auto"/>
      </w:pPr>
      <w:r>
        <w:separator/>
      </w:r>
    </w:p>
  </w:endnote>
  <w:endnote w:type="continuationSeparator" w:id="0">
    <w:p w14:paraId="025C12DE" w14:textId="77777777" w:rsidR="00433A9F" w:rsidRDefault="00433A9F" w:rsidP="00433A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B98811" w14:textId="77777777" w:rsidR="00433A9F" w:rsidRDefault="00433A9F" w:rsidP="00433A9F">
      <w:pPr>
        <w:spacing w:after="0" w:line="240" w:lineRule="auto"/>
      </w:pPr>
      <w:r>
        <w:separator/>
      </w:r>
    </w:p>
  </w:footnote>
  <w:footnote w:type="continuationSeparator" w:id="0">
    <w:p w14:paraId="54977925" w14:textId="77777777" w:rsidR="00433A9F" w:rsidRDefault="00433A9F" w:rsidP="00433A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83B800" w14:textId="34788EB8" w:rsidR="00433A9F" w:rsidRDefault="00433A9F" w:rsidP="00433A9F">
    <w:pPr>
      <w:pStyle w:val="Header"/>
      <w:jc w:val="right"/>
    </w:pPr>
    <w:r>
      <w:rPr>
        <w:noProof/>
      </w:rPr>
      <w:drawing>
        <wp:inline distT="0" distB="0" distL="0" distR="0" wp14:anchorId="5626C89A" wp14:editId="4CFA2C0B">
          <wp:extent cx="3352800" cy="1170305"/>
          <wp:effectExtent l="0" t="0" r="0" b="0"/>
          <wp:docPr id="2687432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52800" cy="117030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49F5DFF"/>
    <w:multiLevelType w:val="hybridMultilevel"/>
    <w:tmpl w:val="B59EDC18"/>
    <w:lvl w:ilvl="0" w:tplc="12F83C72">
      <w:numFmt w:val="bullet"/>
      <w:lvlText w:val="•"/>
      <w:lvlJc w:val="left"/>
      <w:pPr>
        <w:ind w:left="555" w:hanging="208"/>
      </w:pPr>
      <w:rPr>
        <w:rFonts w:ascii="Arial" w:eastAsia="Arial" w:hAnsi="Arial" w:cs="Arial" w:hint="default"/>
        <w:b w:val="0"/>
        <w:bCs w:val="0"/>
        <w:i w:val="0"/>
        <w:iCs w:val="0"/>
        <w:color w:val="212529"/>
        <w:spacing w:val="0"/>
        <w:w w:val="103"/>
        <w:sz w:val="13"/>
        <w:szCs w:val="13"/>
        <w:lang w:val="en-US" w:eastAsia="en-US" w:bidi="ar-SA"/>
      </w:rPr>
    </w:lvl>
    <w:lvl w:ilvl="1" w:tplc="6C7E8778">
      <w:numFmt w:val="bullet"/>
      <w:lvlText w:val="•"/>
      <w:lvlJc w:val="left"/>
      <w:pPr>
        <w:ind w:left="1600" w:hanging="208"/>
      </w:pPr>
      <w:rPr>
        <w:rFonts w:hint="default"/>
        <w:lang w:val="en-US" w:eastAsia="en-US" w:bidi="ar-SA"/>
      </w:rPr>
    </w:lvl>
    <w:lvl w:ilvl="2" w:tplc="7090C50C">
      <w:numFmt w:val="bullet"/>
      <w:lvlText w:val="•"/>
      <w:lvlJc w:val="left"/>
      <w:pPr>
        <w:ind w:left="2641" w:hanging="208"/>
      </w:pPr>
      <w:rPr>
        <w:rFonts w:hint="default"/>
        <w:lang w:val="en-US" w:eastAsia="en-US" w:bidi="ar-SA"/>
      </w:rPr>
    </w:lvl>
    <w:lvl w:ilvl="3" w:tplc="1408FC94">
      <w:numFmt w:val="bullet"/>
      <w:lvlText w:val="•"/>
      <w:lvlJc w:val="left"/>
      <w:pPr>
        <w:ind w:left="3682" w:hanging="208"/>
      </w:pPr>
      <w:rPr>
        <w:rFonts w:hint="default"/>
        <w:lang w:val="en-US" w:eastAsia="en-US" w:bidi="ar-SA"/>
      </w:rPr>
    </w:lvl>
    <w:lvl w:ilvl="4" w:tplc="62642E2E">
      <w:numFmt w:val="bullet"/>
      <w:lvlText w:val="•"/>
      <w:lvlJc w:val="left"/>
      <w:pPr>
        <w:ind w:left="4723" w:hanging="208"/>
      </w:pPr>
      <w:rPr>
        <w:rFonts w:hint="default"/>
        <w:lang w:val="en-US" w:eastAsia="en-US" w:bidi="ar-SA"/>
      </w:rPr>
    </w:lvl>
    <w:lvl w:ilvl="5" w:tplc="2AE29DCC">
      <w:numFmt w:val="bullet"/>
      <w:lvlText w:val="•"/>
      <w:lvlJc w:val="left"/>
      <w:pPr>
        <w:ind w:left="5764" w:hanging="208"/>
      </w:pPr>
      <w:rPr>
        <w:rFonts w:hint="default"/>
        <w:lang w:val="en-US" w:eastAsia="en-US" w:bidi="ar-SA"/>
      </w:rPr>
    </w:lvl>
    <w:lvl w:ilvl="6" w:tplc="01568A38">
      <w:numFmt w:val="bullet"/>
      <w:lvlText w:val="•"/>
      <w:lvlJc w:val="left"/>
      <w:pPr>
        <w:ind w:left="6805" w:hanging="208"/>
      </w:pPr>
      <w:rPr>
        <w:rFonts w:hint="default"/>
        <w:lang w:val="en-US" w:eastAsia="en-US" w:bidi="ar-SA"/>
      </w:rPr>
    </w:lvl>
    <w:lvl w:ilvl="7" w:tplc="28942544">
      <w:numFmt w:val="bullet"/>
      <w:lvlText w:val="•"/>
      <w:lvlJc w:val="left"/>
      <w:pPr>
        <w:ind w:left="7845" w:hanging="208"/>
      </w:pPr>
      <w:rPr>
        <w:rFonts w:hint="default"/>
        <w:lang w:val="en-US" w:eastAsia="en-US" w:bidi="ar-SA"/>
      </w:rPr>
    </w:lvl>
    <w:lvl w:ilvl="8" w:tplc="23C6A3DE">
      <w:numFmt w:val="bullet"/>
      <w:lvlText w:val="•"/>
      <w:lvlJc w:val="left"/>
      <w:pPr>
        <w:ind w:left="8886" w:hanging="208"/>
      </w:pPr>
      <w:rPr>
        <w:rFonts w:hint="default"/>
        <w:lang w:val="en-US" w:eastAsia="en-US" w:bidi="ar-SA"/>
      </w:rPr>
    </w:lvl>
  </w:abstractNum>
  <w:abstractNum w:abstractNumId="10" w15:restartNumberingAfterBreak="0">
    <w:nsid w:val="532B5ADE"/>
    <w:multiLevelType w:val="hybridMultilevel"/>
    <w:tmpl w:val="5B14989E"/>
    <w:lvl w:ilvl="0" w:tplc="6BF87C1E">
      <w:numFmt w:val="bullet"/>
      <w:lvlText w:val="•"/>
      <w:lvlJc w:val="left"/>
      <w:pPr>
        <w:ind w:left="555" w:hanging="208"/>
      </w:pPr>
      <w:rPr>
        <w:rFonts w:ascii="Arial" w:eastAsia="Arial" w:hAnsi="Arial" w:cs="Arial" w:hint="default"/>
        <w:b w:val="0"/>
        <w:bCs w:val="0"/>
        <w:i w:val="0"/>
        <w:iCs w:val="0"/>
        <w:color w:val="212529"/>
        <w:spacing w:val="0"/>
        <w:w w:val="103"/>
        <w:sz w:val="13"/>
        <w:szCs w:val="13"/>
        <w:lang w:val="en-US" w:eastAsia="en-US" w:bidi="ar-SA"/>
      </w:rPr>
    </w:lvl>
    <w:lvl w:ilvl="1" w:tplc="F9CE1B94">
      <w:numFmt w:val="bullet"/>
      <w:lvlText w:val="•"/>
      <w:lvlJc w:val="left"/>
      <w:pPr>
        <w:ind w:left="1600" w:hanging="208"/>
      </w:pPr>
      <w:rPr>
        <w:rFonts w:hint="default"/>
        <w:lang w:val="en-US" w:eastAsia="en-US" w:bidi="ar-SA"/>
      </w:rPr>
    </w:lvl>
    <w:lvl w:ilvl="2" w:tplc="62C8216E">
      <w:numFmt w:val="bullet"/>
      <w:lvlText w:val="•"/>
      <w:lvlJc w:val="left"/>
      <w:pPr>
        <w:ind w:left="2641" w:hanging="208"/>
      </w:pPr>
      <w:rPr>
        <w:rFonts w:hint="default"/>
        <w:lang w:val="en-US" w:eastAsia="en-US" w:bidi="ar-SA"/>
      </w:rPr>
    </w:lvl>
    <w:lvl w:ilvl="3" w:tplc="DC3A53AA">
      <w:numFmt w:val="bullet"/>
      <w:lvlText w:val="•"/>
      <w:lvlJc w:val="left"/>
      <w:pPr>
        <w:ind w:left="3682" w:hanging="208"/>
      </w:pPr>
      <w:rPr>
        <w:rFonts w:hint="default"/>
        <w:lang w:val="en-US" w:eastAsia="en-US" w:bidi="ar-SA"/>
      </w:rPr>
    </w:lvl>
    <w:lvl w:ilvl="4" w:tplc="2312B8D6">
      <w:numFmt w:val="bullet"/>
      <w:lvlText w:val="•"/>
      <w:lvlJc w:val="left"/>
      <w:pPr>
        <w:ind w:left="4723" w:hanging="208"/>
      </w:pPr>
      <w:rPr>
        <w:rFonts w:hint="default"/>
        <w:lang w:val="en-US" w:eastAsia="en-US" w:bidi="ar-SA"/>
      </w:rPr>
    </w:lvl>
    <w:lvl w:ilvl="5" w:tplc="699E67E2">
      <w:numFmt w:val="bullet"/>
      <w:lvlText w:val="•"/>
      <w:lvlJc w:val="left"/>
      <w:pPr>
        <w:ind w:left="5764" w:hanging="208"/>
      </w:pPr>
      <w:rPr>
        <w:rFonts w:hint="default"/>
        <w:lang w:val="en-US" w:eastAsia="en-US" w:bidi="ar-SA"/>
      </w:rPr>
    </w:lvl>
    <w:lvl w:ilvl="6" w:tplc="B08EC9CE">
      <w:numFmt w:val="bullet"/>
      <w:lvlText w:val="•"/>
      <w:lvlJc w:val="left"/>
      <w:pPr>
        <w:ind w:left="6805" w:hanging="208"/>
      </w:pPr>
      <w:rPr>
        <w:rFonts w:hint="default"/>
        <w:lang w:val="en-US" w:eastAsia="en-US" w:bidi="ar-SA"/>
      </w:rPr>
    </w:lvl>
    <w:lvl w:ilvl="7" w:tplc="61241F2A">
      <w:numFmt w:val="bullet"/>
      <w:lvlText w:val="•"/>
      <w:lvlJc w:val="left"/>
      <w:pPr>
        <w:ind w:left="7845" w:hanging="208"/>
      </w:pPr>
      <w:rPr>
        <w:rFonts w:hint="default"/>
        <w:lang w:val="en-US" w:eastAsia="en-US" w:bidi="ar-SA"/>
      </w:rPr>
    </w:lvl>
    <w:lvl w:ilvl="8" w:tplc="EE2469BE">
      <w:numFmt w:val="bullet"/>
      <w:lvlText w:val="•"/>
      <w:lvlJc w:val="left"/>
      <w:pPr>
        <w:ind w:left="8886" w:hanging="208"/>
      </w:pPr>
      <w:rPr>
        <w:rFonts w:hint="default"/>
        <w:lang w:val="en-US" w:eastAsia="en-US" w:bidi="ar-SA"/>
      </w:rPr>
    </w:lvl>
  </w:abstractNum>
  <w:num w:numId="1" w16cid:durableId="677315748">
    <w:abstractNumId w:val="8"/>
  </w:num>
  <w:num w:numId="2" w16cid:durableId="681202988">
    <w:abstractNumId w:val="6"/>
  </w:num>
  <w:num w:numId="3" w16cid:durableId="409163141">
    <w:abstractNumId w:val="5"/>
  </w:num>
  <w:num w:numId="4" w16cid:durableId="628517813">
    <w:abstractNumId w:val="4"/>
  </w:num>
  <w:num w:numId="5" w16cid:durableId="517088063">
    <w:abstractNumId w:val="7"/>
  </w:num>
  <w:num w:numId="6" w16cid:durableId="1941453308">
    <w:abstractNumId w:val="3"/>
  </w:num>
  <w:num w:numId="7" w16cid:durableId="1581864266">
    <w:abstractNumId w:val="2"/>
  </w:num>
  <w:num w:numId="8" w16cid:durableId="158077876">
    <w:abstractNumId w:val="1"/>
  </w:num>
  <w:num w:numId="9" w16cid:durableId="590969132">
    <w:abstractNumId w:val="0"/>
  </w:num>
  <w:num w:numId="10" w16cid:durableId="1609072455">
    <w:abstractNumId w:val="9"/>
  </w:num>
  <w:num w:numId="11" w16cid:durableId="1954357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465F8"/>
    <w:rsid w:val="0006063C"/>
    <w:rsid w:val="000A75FB"/>
    <w:rsid w:val="0015074B"/>
    <w:rsid w:val="0029639D"/>
    <w:rsid w:val="00326F90"/>
    <w:rsid w:val="00433A9F"/>
    <w:rsid w:val="00723572"/>
    <w:rsid w:val="008013EB"/>
    <w:rsid w:val="00AA1D8D"/>
    <w:rsid w:val="00B47730"/>
    <w:rsid w:val="00CB0664"/>
    <w:rsid w:val="00CD3F5C"/>
    <w:rsid w:val="00E27CA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7163388A"/>
  <w14:defaultImageDpi w14:val="300"/>
  <w15:docId w15:val="{2BDD6F3B-E501-4B54-AB40-DBE687A0B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A487C681BE0F0D479281148155683789" ma:contentTypeVersion="22" ma:contentTypeDescription="Create a new document." ma:contentTypeScope="" ma:versionID="65455a589486a11de3ae89f90c74eae2">
  <xsd:schema xmlns:xsd="http://www.w3.org/2001/XMLSchema" xmlns:xs="http://www.w3.org/2001/XMLSchema" xmlns:p="http://schemas.microsoft.com/office/2006/metadata/properties" xmlns:ns1="http://schemas.microsoft.com/sharepoint/v3" xmlns:ns2="0caf7473-11a9-47a5-8488-9d8943cbb851" xmlns:ns3="ef056899-13b5-4a2d-95be-1346e7128cdd" targetNamespace="http://schemas.microsoft.com/office/2006/metadata/properties" ma:root="true" ma:fieldsID="70752424e6aa6d49f3759c81f44455f1" ns1:_="" ns2:_="" ns3:_="">
    <xsd:import namespace="http://schemas.microsoft.com/sharepoint/v3"/>
    <xsd:import namespace="0caf7473-11a9-47a5-8488-9d8943cbb851"/>
    <xsd:import namespace="ef056899-13b5-4a2d-95be-1346e7128c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1:_ip_UnifiedCompliancePolicyProperties" minOccurs="0"/>
                <xsd:element ref="ns1:_ip_UnifiedCompliancePolicyUIActio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element ref="ns2:Imagecontents" minOccurs="0"/>
                <xsd:element ref="ns2:Not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caf7473-11a9-47a5-8488-9d8943cbb8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Location" ma:index="25" nillable="true" ma:displayName="Location" ma:indexed="true" ma:internalName="MediaServiceLocation"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Imagecontents" ma:index="27" nillable="true" ma:displayName="Image contents" ma:format="Dropdown" ma:internalName="Imagecontents">
      <xsd:simpleType>
        <xsd:restriction base="dms:Note">
          <xsd:maxLength value="255"/>
        </xsd:restriction>
      </xsd:simpleType>
    </xsd:element>
    <xsd:element name="Notes" ma:index="28" nillable="true" ma:displayName="Notes" ma:format="Dropdown" ma:internalName="Notes">
      <xsd:simpleType>
        <xsd:restriction base="dms:Text">
          <xsd:maxLength value="255"/>
        </xsd:restriction>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f056899-13b5-4a2d-95be-1346e7128cd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9bdaeff-30ab-405c-98f6-f86f76d9e588}" ma:internalName="TaxCatchAll" ma:showField="CatchAllData" ma:web="ef056899-13b5-4a2d-95be-1346e7128c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ef056899-13b5-4a2d-95be-1346e7128cdd" xsi:nil="true"/>
    <_ip_UnifiedCompliancePolicyProperties xmlns="http://schemas.microsoft.com/sharepoint/v3" xsi:nil="true"/>
    <lcf76f155ced4ddcb4097134ff3c332f xmlns="0caf7473-11a9-47a5-8488-9d8943cbb851">
      <Terms xmlns="http://schemas.microsoft.com/office/infopath/2007/PartnerControls"/>
    </lcf76f155ced4ddcb4097134ff3c332f>
    <Imagecontents xmlns="0caf7473-11a9-47a5-8488-9d8943cbb851" xsi:nil="true"/>
    <Notes xmlns="0caf7473-11a9-47a5-8488-9d8943cbb851" xsi:nil="true"/>
  </documentManagement>
</p:properties>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2.xml><?xml version="1.0" encoding="utf-8"?>
<ds:datastoreItem xmlns:ds="http://schemas.openxmlformats.org/officeDocument/2006/customXml" ds:itemID="{978AC240-1B35-4AD2-B180-BF7D38EA8109}"/>
</file>

<file path=customXml/itemProps3.xml><?xml version="1.0" encoding="utf-8"?>
<ds:datastoreItem xmlns:ds="http://schemas.openxmlformats.org/officeDocument/2006/customXml" ds:itemID="{6D4CF0B0-2568-403A-B041-DD2A63ABE590}"/>
</file>

<file path=customXml/itemProps4.xml><?xml version="1.0" encoding="utf-8"?>
<ds:datastoreItem xmlns:ds="http://schemas.openxmlformats.org/officeDocument/2006/customXml" ds:itemID="{9651CEF8-88EE-4B08-BC47-43271E85AB09}"/>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1</TotalTime>
  <Pages>3</Pages>
  <Words>520</Words>
  <Characters>2968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3482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WATSON, Sam (NHS NORTH CENTRAL LONDON ICB - 93C)</cp:lastModifiedBy>
  <cp:revision>2</cp:revision>
  <dcterms:created xsi:type="dcterms:W3CDTF">2026-01-29T12:20:00Z</dcterms:created>
  <dcterms:modified xsi:type="dcterms:W3CDTF">2026-01-29T12:20:00Z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0x010100A487C681BE0F0D479281148155683789</vt:lpwstr>
  </property>
</Properties>
</file>